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71"/>
        <w:gridCol w:w="7177"/>
      </w:tblGrid>
      <w:tr w:rsidR="00DA4E7D" w14:paraId="1DB4135E" w14:textId="77777777" w:rsidTr="00D87756">
        <w:trPr>
          <w:trHeight w:val="1361"/>
          <w:jc w:val="center"/>
        </w:trPr>
        <w:tc>
          <w:tcPr>
            <w:tcW w:w="2871" w:type="dxa"/>
          </w:tcPr>
          <w:p w14:paraId="41DE812E" w14:textId="1B2E56CC" w:rsidR="007934FD" w:rsidRPr="007934FD" w:rsidRDefault="00D87756" w:rsidP="00D87756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D3BFCCA" wp14:editId="5E87ACCE">
                  <wp:extent cx="1594714" cy="964096"/>
                  <wp:effectExtent l="0" t="0" r="5715" b="7620"/>
                  <wp:docPr id="15005846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894" cy="97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7" w:type="dxa"/>
          </w:tcPr>
          <w:p w14:paraId="100EAA9D" w14:textId="77777777" w:rsidR="00DA4E7D" w:rsidRDefault="00000000" w:rsidP="00B306B7">
            <w:pPr>
              <w:spacing w:line="360" w:lineRule="auto"/>
              <w:jc w:val="right"/>
            </w:pPr>
            <w:r>
              <w:rPr>
                <w:b/>
              </w:rPr>
              <w:t>GMINNY ZAKŁAD GOSPODARKI KOMUNALNEJ W MIŁORADZU</w:t>
            </w:r>
            <w:r>
              <w:rPr>
                <w:b/>
              </w:rPr>
              <w:br/>
              <w:t xml:space="preserve">82-213 Miłoradz, ul. </w:t>
            </w:r>
            <w:proofErr w:type="spellStart"/>
            <w:r>
              <w:rPr>
                <w:b/>
              </w:rPr>
              <w:t>Główna</w:t>
            </w:r>
            <w:proofErr w:type="spellEnd"/>
            <w:r>
              <w:rPr>
                <w:b/>
              </w:rPr>
              <w:t xml:space="preserve"> 5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tel</w:t>
            </w:r>
            <w:proofErr w:type="spellEnd"/>
            <w:r>
              <w:rPr>
                <w:b/>
              </w:rPr>
              <w:t>: 55 271-75-42</w:t>
            </w:r>
          </w:p>
        </w:tc>
      </w:tr>
    </w:tbl>
    <w:p w14:paraId="2057B7D2" w14:textId="77777777" w:rsidR="00DA4E7D" w:rsidRDefault="00000000" w:rsidP="00B306B7">
      <w:pPr>
        <w:spacing w:before="240" w:line="360" w:lineRule="auto"/>
        <w:jc w:val="center"/>
      </w:pPr>
      <w:r>
        <w:rPr>
          <w:b/>
          <w:sz w:val="24"/>
        </w:rPr>
        <w:t>WNIOSEK</w:t>
      </w:r>
      <w:r>
        <w:rPr>
          <w:b/>
          <w:sz w:val="22"/>
        </w:rPr>
        <w:br/>
        <w:t>O WYDANIE WARUNKÓW TECHNICZNYCH PRZYŁĄCZENIA NIERUCHOMOŚCI</w:t>
      </w:r>
    </w:p>
    <w:p w14:paraId="6033AF61" w14:textId="77777777" w:rsidR="00DA4E7D" w:rsidRDefault="00000000" w:rsidP="00B306B7">
      <w:pPr>
        <w:spacing w:before="80" w:after="0" w:line="360" w:lineRule="auto"/>
      </w:pPr>
      <w:r>
        <w:rPr>
          <w:b/>
        </w:rPr>
        <w:t>Wnioskodawca</w:t>
      </w:r>
    </w:p>
    <w:p w14:paraId="03616980" w14:textId="77777777" w:rsidR="002F4FFF" w:rsidRDefault="002F4FFF" w:rsidP="00B306B7">
      <w:pPr>
        <w:spacing w:after="0" w:line="360" w:lineRule="auto"/>
        <w:rPr>
          <w:b/>
          <w:bCs/>
        </w:rPr>
      </w:pPr>
    </w:p>
    <w:p w14:paraId="2071E571" w14:textId="4EB7FC93" w:rsidR="002F4FFF" w:rsidRPr="002F4FFF" w:rsidRDefault="002F4FFF" w:rsidP="00B306B7">
      <w:pPr>
        <w:spacing w:after="0" w:line="360" w:lineRule="auto"/>
        <w:rPr>
          <w:b/>
          <w:bCs/>
        </w:rPr>
      </w:pPr>
      <w:r w:rsidRPr="002F4FFF">
        <w:rPr>
          <w:b/>
          <w:bCs/>
        </w:rPr>
        <w:t>${</w:t>
      </w:r>
      <w:proofErr w:type="spellStart"/>
      <w:r w:rsidRPr="002F4FFF">
        <w:rPr>
          <w:b/>
          <w:bCs/>
        </w:rPr>
        <w:t>nazwisko</w:t>
      </w:r>
      <w:proofErr w:type="spellEnd"/>
      <w:r w:rsidRPr="002F4FFF">
        <w:rPr>
          <w:b/>
          <w:bCs/>
        </w:rPr>
        <w:t>}</w:t>
      </w:r>
    </w:p>
    <w:p w14:paraId="304CA4BF" w14:textId="4C7BD519" w:rsidR="00DA4E7D" w:rsidRDefault="00000000" w:rsidP="00B306B7">
      <w:pPr>
        <w:spacing w:after="60" w:line="360" w:lineRule="auto"/>
      </w:pPr>
      <w:r>
        <w:rPr>
          <w:i/>
          <w:sz w:val="14"/>
        </w:rPr>
        <w:t>(</w:t>
      </w:r>
      <w:proofErr w:type="spellStart"/>
      <w:r>
        <w:rPr>
          <w:i/>
          <w:sz w:val="14"/>
        </w:rPr>
        <w:t>imię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nazwisko</w:t>
      </w:r>
      <w:proofErr w:type="spellEnd"/>
      <w:r>
        <w:rPr>
          <w:i/>
          <w:sz w:val="14"/>
        </w:rPr>
        <w:t xml:space="preserve"> / </w:t>
      </w:r>
      <w:proofErr w:type="spellStart"/>
      <w:r>
        <w:rPr>
          <w:i/>
          <w:sz w:val="14"/>
        </w:rPr>
        <w:t>firma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przedsiębiorcy</w:t>
      </w:r>
      <w:proofErr w:type="spellEnd"/>
      <w:r>
        <w:rPr>
          <w:i/>
          <w:sz w:val="14"/>
        </w:rPr>
        <w:t>)</w:t>
      </w:r>
    </w:p>
    <w:p w14:paraId="7ECD56B2" w14:textId="11AF1E89" w:rsidR="00DA4E7D" w:rsidRPr="00BE0778" w:rsidRDefault="002F4FFF" w:rsidP="002F4FFF">
      <w:pPr>
        <w:spacing w:after="0" w:line="360" w:lineRule="auto"/>
        <w:rPr>
          <w:b/>
          <w:bCs/>
        </w:rPr>
      </w:pPr>
      <w:r w:rsidRPr="00BE0778">
        <w:rPr>
          <w:b/>
          <w:bCs/>
        </w:rPr>
        <w:t>ul. ${</w:t>
      </w:r>
      <w:proofErr w:type="spellStart"/>
      <w:r w:rsidRPr="00BE0778">
        <w:rPr>
          <w:b/>
          <w:bCs/>
        </w:rPr>
        <w:t>ulica</w:t>
      </w:r>
      <w:proofErr w:type="spellEnd"/>
      <w:r w:rsidRPr="00BE0778">
        <w:rPr>
          <w:b/>
          <w:bCs/>
        </w:rPr>
        <w:t>} ${</w:t>
      </w:r>
      <w:proofErr w:type="spellStart"/>
      <w:r w:rsidRPr="00BE0778">
        <w:rPr>
          <w:b/>
          <w:bCs/>
        </w:rPr>
        <w:t>nr_bud</w:t>
      </w:r>
      <w:proofErr w:type="spellEnd"/>
      <w:r w:rsidRPr="00BE0778">
        <w:rPr>
          <w:b/>
          <w:bCs/>
        </w:rPr>
        <w:t>}/${</w:t>
      </w:r>
      <w:proofErr w:type="spellStart"/>
      <w:r w:rsidRPr="00BE0778">
        <w:rPr>
          <w:b/>
          <w:bCs/>
        </w:rPr>
        <w:t>nr_lok</w:t>
      </w:r>
      <w:proofErr w:type="spellEnd"/>
      <w:r w:rsidRPr="00BE0778">
        <w:rPr>
          <w:b/>
          <w:bCs/>
        </w:rPr>
        <w:t>}</w:t>
      </w:r>
    </w:p>
    <w:p w14:paraId="7183EB95" w14:textId="34DDF0D0" w:rsidR="002F4FFF" w:rsidRPr="00BE0778" w:rsidRDefault="002F4FFF" w:rsidP="002F4FFF">
      <w:pPr>
        <w:spacing w:after="0" w:line="360" w:lineRule="auto"/>
        <w:rPr>
          <w:b/>
          <w:bCs/>
        </w:rPr>
      </w:pPr>
      <w:r w:rsidRPr="00BE0778">
        <w:rPr>
          <w:b/>
          <w:bCs/>
        </w:rPr>
        <w:t>${</w:t>
      </w:r>
      <w:proofErr w:type="spellStart"/>
      <w:r w:rsidRPr="00BE0778">
        <w:rPr>
          <w:b/>
          <w:bCs/>
        </w:rPr>
        <w:t>kodpocztowy</w:t>
      </w:r>
      <w:proofErr w:type="spellEnd"/>
      <w:r w:rsidRPr="00BE0778">
        <w:rPr>
          <w:b/>
          <w:bCs/>
        </w:rPr>
        <w:t>} ${</w:t>
      </w:r>
      <w:proofErr w:type="spellStart"/>
      <w:r w:rsidRPr="00BE0778">
        <w:rPr>
          <w:b/>
          <w:bCs/>
        </w:rPr>
        <w:t>miasto</w:t>
      </w:r>
      <w:proofErr w:type="spellEnd"/>
      <w:r w:rsidRPr="00BE0778">
        <w:rPr>
          <w:b/>
          <w:bCs/>
        </w:rPr>
        <w:t>}</w:t>
      </w:r>
    </w:p>
    <w:p w14:paraId="2683E327" w14:textId="055808FB" w:rsidR="00DA4E7D" w:rsidRDefault="00000000" w:rsidP="00B306B7">
      <w:pPr>
        <w:spacing w:after="60" w:line="360" w:lineRule="auto"/>
      </w:pPr>
      <w:r>
        <w:rPr>
          <w:i/>
          <w:sz w:val="14"/>
        </w:rPr>
        <w:t>(</w:t>
      </w:r>
      <w:proofErr w:type="spellStart"/>
      <w:r>
        <w:rPr>
          <w:i/>
          <w:sz w:val="14"/>
        </w:rPr>
        <w:t>adres</w:t>
      </w:r>
      <w:proofErr w:type="spellEnd"/>
      <w:r>
        <w:rPr>
          <w:i/>
          <w:sz w:val="14"/>
        </w:rPr>
        <w:t xml:space="preserve"> do </w:t>
      </w:r>
      <w:proofErr w:type="spellStart"/>
      <w:r>
        <w:rPr>
          <w:i/>
          <w:sz w:val="14"/>
        </w:rPr>
        <w:t>korespondencji</w:t>
      </w:r>
      <w:proofErr w:type="spellEnd"/>
      <w:r>
        <w:rPr>
          <w:i/>
          <w:sz w:val="14"/>
        </w:rPr>
        <w:t>)</w:t>
      </w:r>
    </w:p>
    <w:p w14:paraId="2CAE05A4" w14:textId="3592A347" w:rsidR="00DA4E7D" w:rsidRDefault="00DA4E7D" w:rsidP="00B306B7">
      <w:pPr>
        <w:spacing w:after="0" w:line="360" w:lineRule="auto"/>
      </w:pPr>
    </w:p>
    <w:p w14:paraId="2B1B4071" w14:textId="77777777" w:rsidR="00DA4E7D" w:rsidRDefault="00000000" w:rsidP="00B306B7">
      <w:pPr>
        <w:spacing w:after="60" w:line="360" w:lineRule="auto"/>
      </w:pPr>
      <w:r>
        <w:rPr>
          <w:i/>
          <w:sz w:val="14"/>
        </w:rPr>
        <w:t xml:space="preserve">(NIP </w:t>
      </w:r>
      <w:proofErr w:type="spellStart"/>
      <w:r>
        <w:rPr>
          <w:i/>
          <w:sz w:val="14"/>
        </w:rPr>
        <w:t>przedsiębiorcy</w:t>
      </w:r>
      <w:proofErr w:type="spellEnd"/>
      <w:r>
        <w:rPr>
          <w:i/>
          <w:sz w:val="14"/>
        </w:rPr>
        <w:t>)</w:t>
      </w:r>
    </w:p>
    <w:p w14:paraId="4F83FD0D" w14:textId="20FA1A73" w:rsidR="00DA4E7D" w:rsidRPr="00BE0778" w:rsidRDefault="002F4FFF" w:rsidP="00B306B7">
      <w:pPr>
        <w:spacing w:after="0" w:line="360" w:lineRule="auto"/>
        <w:rPr>
          <w:b/>
          <w:bCs/>
        </w:rPr>
      </w:pPr>
      <w:r w:rsidRPr="00BE0778">
        <w:rPr>
          <w:b/>
          <w:bCs/>
        </w:rPr>
        <w:t>${</w:t>
      </w:r>
      <w:proofErr w:type="spellStart"/>
      <w:r w:rsidRPr="00BE0778">
        <w:rPr>
          <w:b/>
          <w:bCs/>
        </w:rPr>
        <w:t>telefon</w:t>
      </w:r>
      <w:proofErr w:type="spellEnd"/>
      <w:r w:rsidRPr="00BE0778">
        <w:rPr>
          <w:b/>
          <w:bCs/>
        </w:rPr>
        <w:t>}</w:t>
      </w:r>
    </w:p>
    <w:p w14:paraId="158FB8F0" w14:textId="77777777" w:rsidR="00DA4E7D" w:rsidRDefault="00000000" w:rsidP="00B306B7">
      <w:pPr>
        <w:spacing w:after="60" w:line="360" w:lineRule="auto"/>
      </w:pPr>
      <w:r>
        <w:rPr>
          <w:i/>
          <w:sz w:val="14"/>
        </w:rPr>
        <w:t>(nr telefonu: komórkowy, stacjonarny)*</w:t>
      </w:r>
    </w:p>
    <w:p w14:paraId="1DD81378" w14:textId="77777777" w:rsidR="002F4FFF" w:rsidRPr="00BE0778" w:rsidRDefault="002F4FFF" w:rsidP="00B306B7">
      <w:pPr>
        <w:spacing w:after="60" w:line="360" w:lineRule="auto"/>
        <w:rPr>
          <w:b/>
          <w:bCs/>
        </w:rPr>
      </w:pPr>
      <w:r w:rsidRPr="00BE0778">
        <w:rPr>
          <w:b/>
          <w:bCs/>
        </w:rPr>
        <w:t xml:space="preserve">${email} </w:t>
      </w:r>
    </w:p>
    <w:p w14:paraId="05860805" w14:textId="337EADA3" w:rsidR="00DA4E7D" w:rsidRDefault="00000000" w:rsidP="00B306B7">
      <w:pPr>
        <w:spacing w:after="60" w:line="360" w:lineRule="auto"/>
      </w:pPr>
      <w:r>
        <w:rPr>
          <w:i/>
          <w:sz w:val="14"/>
        </w:rPr>
        <w:t>(</w:t>
      </w:r>
      <w:proofErr w:type="spellStart"/>
      <w:r>
        <w:rPr>
          <w:i/>
          <w:sz w:val="14"/>
        </w:rPr>
        <w:t>adres</w:t>
      </w:r>
      <w:proofErr w:type="spellEnd"/>
      <w:r>
        <w:rPr>
          <w:i/>
          <w:sz w:val="14"/>
        </w:rPr>
        <w:t xml:space="preserve"> e-mail)*</w:t>
      </w:r>
    </w:p>
    <w:p w14:paraId="01EE608B" w14:textId="77777777" w:rsidR="00DA4E7D" w:rsidRDefault="00000000" w:rsidP="00B306B7">
      <w:pPr>
        <w:spacing w:before="200" w:after="80" w:line="360" w:lineRule="auto"/>
      </w:pPr>
      <w:proofErr w:type="spellStart"/>
      <w:r>
        <w:rPr>
          <w:b/>
        </w:rPr>
        <w:t>Proszę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wydanie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warunków</w:t>
      </w:r>
      <w:proofErr w:type="spellEnd"/>
      <w:r>
        <w:rPr>
          <w:b/>
        </w:rPr>
        <w:t xml:space="preserve"> przyłączenia nieruchomości do sieci:</w:t>
      </w:r>
    </w:p>
    <w:p w14:paraId="30FA54DE" w14:textId="77777777" w:rsidR="00DA4E7D" w:rsidRDefault="00000000" w:rsidP="00B306B7">
      <w:pPr>
        <w:spacing w:after="20" w:line="360" w:lineRule="auto"/>
        <w:ind w:left="340"/>
      </w:pPr>
      <w:r>
        <w:t>☐   wodociągowej</w:t>
      </w:r>
    </w:p>
    <w:p w14:paraId="0E968E1D" w14:textId="77777777" w:rsidR="00DA4E7D" w:rsidRDefault="00000000" w:rsidP="00B306B7">
      <w:pPr>
        <w:spacing w:after="20" w:line="360" w:lineRule="auto"/>
        <w:ind w:left="340"/>
      </w:pPr>
      <w:r>
        <w:t>☐   kanalizacyjnej</w:t>
      </w:r>
    </w:p>
    <w:p w14:paraId="40D6A143" w14:textId="77777777" w:rsidR="00DA4E7D" w:rsidRDefault="00000000" w:rsidP="00B306B7">
      <w:pPr>
        <w:spacing w:after="20" w:line="360" w:lineRule="auto"/>
        <w:ind w:left="340"/>
      </w:pPr>
      <w:r>
        <w:t>☐   wodociągowej i kanalizacyjnej</w:t>
      </w:r>
    </w:p>
    <w:p w14:paraId="04F5600F" w14:textId="77777777" w:rsidR="00DA4E7D" w:rsidRDefault="00000000" w:rsidP="00B306B7">
      <w:pPr>
        <w:spacing w:before="80" w:after="0" w:line="360" w:lineRule="auto"/>
      </w:pPr>
      <w:r>
        <w:rPr>
          <w:b/>
        </w:rPr>
        <w:t>Rodzaj obiektu:</w:t>
      </w:r>
    </w:p>
    <w:p w14:paraId="1B666AA3" w14:textId="79EEBEC5" w:rsidR="002F4FFF" w:rsidRDefault="002F4FFF" w:rsidP="002F4FFF">
      <w:pPr>
        <w:spacing w:after="0" w:line="360" w:lineRule="auto"/>
      </w:pPr>
      <w:proofErr w:type="spellStart"/>
      <w:r>
        <w:t>Budynek</w:t>
      </w:r>
      <w:proofErr w:type="spellEnd"/>
      <w:r>
        <w:t xml:space="preserve"> </w:t>
      </w:r>
      <w:proofErr w:type="spellStart"/>
      <w:r>
        <w:t>mieszkalny</w:t>
      </w:r>
      <w:proofErr w:type="spellEnd"/>
      <w:r>
        <w:t xml:space="preserve"> </w:t>
      </w:r>
      <w:proofErr w:type="spellStart"/>
      <w:r>
        <w:t>jednorodzinny</w:t>
      </w:r>
      <w:proofErr w:type="spellEnd"/>
    </w:p>
    <w:p w14:paraId="08536A7E" w14:textId="77777777" w:rsidR="002F4FFF" w:rsidRDefault="002F4FFF" w:rsidP="002F4FFF">
      <w:pPr>
        <w:spacing w:after="0" w:line="360" w:lineRule="auto"/>
      </w:pPr>
    </w:p>
    <w:p w14:paraId="32555E75" w14:textId="77777777" w:rsidR="00DA4E7D" w:rsidRDefault="00000000" w:rsidP="00B306B7">
      <w:pPr>
        <w:spacing w:before="80" w:after="0" w:line="360" w:lineRule="auto"/>
      </w:pPr>
      <w:proofErr w:type="spellStart"/>
      <w:r>
        <w:rPr>
          <w:b/>
        </w:rPr>
        <w:t>Lokalizacja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obiektu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adres</w:t>
      </w:r>
      <w:proofErr w:type="spellEnd"/>
      <w:r>
        <w:rPr>
          <w:b/>
        </w:rPr>
        <w:t>):</w:t>
      </w:r>
    </w:p>
    <w:p w14:paraId="38F5696F" w14:textId="1842B56B" w:rsidR="002F4FFF" w:rsidRDefault="002F4FFF" w:rsidP="00B306B7">
      <w:pPr>
        <w:spacing w:before="80" w:after="0" w:line="360" w:lineRule="auto"/>
      </w:pPr>
      <w:r w:rsidRPr="002F4FFF">
        <w:t>${</w:t>
      </w:r>
      <w:proofErr w:type="spellStart"/>
      <w:r w:rsidRPr="002F4FFF">
        <w:t>dn_miasto</w:t>
      </w:r>
      <w:proofErr w:type="spellEnd"/>
      <w:r w:rsidRPr="002F4FFF">
        <w:t>}</w:t>
      </w:r>
      <w:r>
        <w:t xml:space="preserve"> </w:t>
      </w:r>
      <w:r w:rsidRPr="002F4FFF">
        <w:t>${</w:t>
      </w:r>
      <w:proofErr w:type="spellStart"/>
      <w:r w:rsidRPr="002F4FFF">
        <w:t>dn_ulica</w:t>
      </w:r>
      <w:proofErr w:type="spellEnd"/>
      <w:r w:rsidRPr="002F4FFF">
        <w:t>}</w:t>
      </w:r>
    </w:p>
    <w:p w14:paraId="10F01641" w14:textId="77777777" w:rsidR="002F4FFF" w:rsidRDefault="002F4FFF" w:rsidP="00B306B7">
      <w:pPr>
        <w:spacing w:before="80" w:after="0" w:line="360" w:lineRule="auto"/>
      </w:pPr>
    </w:p>
    <w:p w14:paraId="756DA36B" w14:textId="39DA90C1" w:rsidR="00DA4E7D" w:rsidRDefault="00000000" w:rsidP="00B306B7">
      <w:pPr>
        <w:spacing w:before="80" w:after="0" w:line="360" w:lineRule="auto"/>
      </w:pPr>
      <w:r>
        <w:rPr>
          <w:b/>
        </w:rPr>
        <w:t xml:space="preserve">Nr </w:t>
      </w:r>
      <w:proofErr w:type="spellStart"/>
      <w:r>
        <w:rPr>
          <w:b/>
        </w:rPr>
        <w:t>działki</w:t>
      </w:r>
      <w:proofErr w:type="spellEnd"/>
      <w:r>
        <w:rPr>
          <w:b/>
        </w:rPr>
        <w:t>(ek)/</w:t>
      </w:r>
      <w:proofErr w:type="spellStart"/>
      <w:r>
        <w:rPr>
          <w:b/>
        </w:rPr>
        <w:t>obręb</w:t>
      </w:r>
      <w:proofErr w:type="spellEnd"/>
      <w:r>
        <w:rPr>
          <w:b/>
        </w:rPr>
        <w:t>/</w:t>
      </w:r>
      <w:proofErr w:type="spellStart"/>
      <w:r>
        <w:rPr>
          <w:b/>
        </w:rPr>
        <w:t>jednostka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ewidencyjna</w:t>
      </w:r>
      <w:proofErr w:type="spellEnd"/>
      <w:r>
        <w:rPr>
          <w:b/>
        </w:rPr>
        <w:t>:</w:t>
      </w:r>
    </w:p>
    <w:p w14:paraId="6645E4BE" w14:textId="0CAE8CE7" w:rsidR="002F4FFF" w:rsidRDefault="002F4FFF" w:rsidP="00B306B7">
      <w:pPr>
        <w:spacing w:before="200" w:after="80" w:line="360" w:lineRule="auto"/>
      </w:pPr>
      <w:r w:rsidRPr="002F4FFF">
        <w:t>${</w:t>
      </w:r>
      <w:proofErr w:type="spellStart"/>
      <w:r w:rsidRPr="002F4FFF">
        <w:t>dn_nr_dzialki</w:t>
      </w:r>
      <w:proofErr w:type="spellEnd"/>
      <w:r w:rsidRPr="002F4FFF">
        <w:t>}</w:t>
      </w:r>
      <w:r>
        <w:t xml:space="preserve">, </w:t>
      </w:r>
      <w:r w:rsidRPr="002F4FFF">
        <w:t>${</w:t>
      </w:r>
      <w:proofErr w:type="spellStart"/>
      <w:r w:rsidRPr="002F4FFF">
        <w:t>dn_obreb</w:t>
      </w:r>
      <w:proofErr w:type="spellEnd"/>
      <w:r w:rsidRPr="002F4FFF">
        <w:t>}</w:t>
      </w:r>
      <w:r>
        <w:t xml:space="preserve">, </w:t>
      </w:r>
      <w:r w:rsidRPr="002F4FFF">
        <w:t>${</w:t>
      </w:r>
      <w:proofErr w:type="spellStart"/>
      <w:r w:rsidRPr="002F4FFF">
        <w:t>dzialka_id</w:t>
      </w:r>
      <w:proofErr w:type="spellEnd"/>
      <w:r w:rsidRPr="002F4FFF">
        <w:t>}</w:t>
      </w:r>
    </w:p>
    <w:p w14:paraId="1FA765E8" w14:textId="77777777" w:rsidR="002F4FFF" w:rsidRDefault="002F4FFF" w:rsidP="00B306B7">
      <w:pPr>
        <w:spacing w:before="200" w:after="80" w:line="360" w:lineRule="auto"/>
      </w:pPr>
    </w:p>
    <w:p w14:paraId="7F3DFCDF" w14:textId="226534CD" w:rsidR="00DA4E7D" w:rsidRDefault="00000000" w:rsidP="00B306B7">
      <w:pPr>
        <w:spacing w:before="200" w:after="80" w:line="360" w:lineRule="auto"/>
      </w:pPr>
      <w:proofErr w:type="spellStart"/>
      <w:r>
        <w:rPr>
          <w:b/>
        </w:rPr>
        <w:t>Przeznaczenie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cele</w:t>
      </w:r>
      <w:proofErr w:type="spellEnd"/>
      <w:r>
        <w:rPr>
          <w:b/>
        </w:rPr>
        <w:t>:</w:t>
      </w:r>
    </w:p>
    <w:p w14:paraId="081B0382" w14:textId="470DD51F" w:rsidR="00DA4E7D" w:rsidRDefault="002F4FFF" w:rsidP="00B306B7">
      <w:pPr>
        <w:spacing w:after="20" w:line="360" w:lineRule="auto"/>
        <w:ind w:left="340"/>
      </w:pPr>
      <w:r>
        <w:sym w:font="Wingdings" w:char="F078"/>
      </w:r>
      <w:r>
        <w:t xml:space="preserve">   </w:t>
      </w:r>
      <w:proofErr w:type="spellStart"/>
      <w:r>
        <w:t>bytowe</w:t>
      </w:r>
      <w:proofErr w:type="spellEnd"/>
    </w:p>
    <w:p w14:paraId="0F623585" w14:textId="77777777" w:rsidR="00DA4E7D" w:rsidRDefault="00000000" w:rsidP="00B306B7">
      <w:pPr>
        <w:spacing w:after="20" w:line="360" w:lineRule="auto"/>
        <w:ind w:left="340"/>
      </w:pPr>
      <w:r>
        <w:t>☐   gospodarcze/przemysłowe/inne</w:t>
      </w:r>
    </w:p>
    <w:p w14:paraId="2FB532FF" w14:textId="77777777" w:rsidR="00B306B7" w:rsidRDefault="00B306B7" w:rsidP="00B306B7">
      <w:pPr>
        <w:spacing w:after="0" w:line="360" w:lineRule="auto"/>
      </w:pPr>
    </w:p>
    <w:p w14:paraId="04858C52" w14:textId="19B85DB7" w:rsidR="00DA4E7D" w:rsidRDefault="00000000" w:rsidP="002F4FFF">
      <w:pPr>
        <w:spacing w:after="0" w:line="360" w:lineRule="auto"/>
      </w:pPr>
      <w:proofErr w:type="spellStart"/>
      <w:r>
        <w:t>Zapotrzebowanie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dostawy</w:t>
      </w:r>
      <w:proofErr w:type="spellEnd"/>
      <w:r>
        <w:t xml:space="preserve"> </w:t>
      </w:r>
      <w:proofErr w:type="spellStart"/>
      <w:r>
        <w:t>wody</w:t>
      </w:r>
      <w:proofErr w:type="spellEnd"/>
      <w:r>
        <w:t xml:space="preserve"> w </w:t>
      </w:r>
      <w:proofErr w:type="spellStart"/>
      <w:r>
        <w:t>ilości</w:t>
      </w:r>
      <w:proofErr w:type="spellEnd"/>
      <w:r>
        <w:t xml:space="preserve"> do</w:t>
      </w:r>
      <w:r w:rsidR="002F4FFF">
        <w:t xml:space="preserve"> </w:t>
      </w:r>
      <w:r w:rsidR="002F4FFF" w:rsidRPr="002F4FFF">
        <w:rPr>
          <w:b/>
          <w:bCs/>
        </w:rPr>
        <w:t>15</w:t>
      </w:r>
      <w:r>
        <w:t xml:space="preserve"> m³/</w:t>
      </w:r>
      <w:proofErr w:type="spellStart"/>
      <w:r>
        <w:t>miesiąc</w:t>
      </w:r>
      <w:proofErr w:type="spellEnd"/>
      <w:r>
        <w:t>.</w:t>
      </w:r>
      <w:r>
        <w:br w:type="page"/>
      </w:r>
    </w:p>
    <w:p w14:paraId="2077FD47" w14:textId="77777777" w:rsidR="002F4FFF" w:rsidRDefault="002F4FFF" w:rsidP="00B306B7">
      <w:pPr>
        <w:spacing w:after="160" w:line="360" w:lineRule="auto"/>
        <w:rPr>
          <w:b/>
        </w:rPr>
      </w:pPr>
    </w:p>
    <w:p w14:paraId="449638DB" w14:textId="50EFF432" w:rsidR="00DA4E7D" w:rsidRDefault="00000000" w:rsidP="00B306B7">
      <w:pPr>
        <w:spacing w:after="160" w:line="360" w:lineRule="auto"/>
      </w:pPr>
      <w:proofErr w:type="spellStart"/>
      <w:r>
        <w:rPr>
          <w:b/>
        </w:rPr>
        <w:t>Rodzaj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odprowadzanych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ścieków</w:t>
      </w:r>
      <w:proofErr w:type="spellEnd"/>
      <w:r>
        <w:rPr>
          <w:b/>
        </w:rPr>
        <w:t>:</w:t>
      </w:r>
    </w:p>
    <w:p w14:paraId="520FF576" w14:textId="0ADAF3CF" w:rsidR="00DA4E7D" w:rsidRDefault="002F4FFF" w:rsidP="00B306B7">
      <w:pPr>
        <w:spacing w:after="280" w:line="360" w:lineRule="auto"/>
        <w:ind w:left="340"/>
      </w:pPr>
      <w:r>
        <w:sym w:font="Wingdings" w:char="F078"/>
      </w:r>
      <w:r>
        <w:t xml:space="preserve">        </w:t>
      </w:r>
      <w:proofErr w:type="spellStart"/>
      <w:r>
        <w:t>ścieki</w:t>
      </w:r>
      <w:proofErr w:type="spellEnd"/>
      <w:r>
        <w:t xml:space="preserve"> </w:t>
      </w:r>
      <w:proofErr w:type="spellStart"/>
      <w:r>
        <w:t>bytowe</w:t>
      </w:r>
      <w:proofErr w:type="spellEnd"/>
      <w:r>
        <w:t xml:space="preserve">:                 do </w:t>
      </w:r>
      <w:r w:rsidRPr="002F4FFF">
        <w:rPr>
          <w:b/>
          <w:bCs/>
        </w:rPr>
        <w:t>15</w:t>
      </w:r>
      <w:r>
        <w:t xml:space="preserve"> m³/</w:t>
      </w:r>
      <w:proofErr w:type="spellStart"/>
      <w:r>
        <w:t>miesiąc</w:t>
      </w:r>
      <w:proofErr w:type="spellEnd"/>
    </w:p>
    <w:p w14:paraId="494889C8" w14:textId="3A04D1E7" w:rsidR="00DA4E7D" w:rsidRDefault="00000000" w:rsidP="00B306B7">
      <w:pPr>
        <w:spacing w:before="200" w:after="240" w:line="360" w:lineRule="auto"/>
      </w:pPr>
      <w:r>
        <w:t xml:space="preserve">Przyłącze/a zamierzamy wykonać w </w:t>
      </w:r>
      <w:proofErr w:type="spellStart"/>
      <w:r>
        <w:t>terminie</w:t>
      </w:r>
      <w:proofErr w:type="spellEnd"/>
      <w:r>
        <w:t xml:space="preserve"> do (</w:t>
      </w:r>
      <w:proofErr w:type="spellStart"/>
      <w:r>
        <w:t>podać</w:t>
      </w:r>
      <w:proofErr w:type="spellEnd"/>
      <w:r>
        <w:t xml:space="preserve"> </w:t>
      </w:r>
      <w:proofErr w:type="spellStart"/>
      <w:r>
        <w:t>miesiąc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): </w:t>
      </w:r>
      <w:r w:rsidR="002F4FFF" w:rsidRPr="002F4FFF">
        <w:rPr>
          <w:b/>
          <w:bCs/>
        </w:rPr>
        <w:t>${</w:t>
      </w:r>
      <w:proofErr w:type="spellStart"/>
      <w:r w:rsidR="002F4FFF" w:rsidRPr="002F4FFF">
        <w:rPr>
          <w:b/>
          <w:bCs/>
        </w:rPr>
        <w:t>data_inwest</w:t>
      </w:r>
      <w:proofErr w:type="spellEnd"/>
      <w:r w:rsidR="002F4FFF" w:rsidRPr="002F4FFF">
        <w:rPr>
          <w:b/>
          <w:bCs/>
        </w:rPr>
        <w:t>}</w:t>
      </w:r>
    </w:p>
    <w:p w14:paraId="7EDA964B" w14:textId="77777777" w:rsidR="00DA4E7D" w:rsidRDefault="00000000" w:rsidP="00B306B7">
      <w:pPr>
        <w:spacing w:after="80" w:line="360" w:lineRule="auto"/>
      </w:pPr>
      <w:r>
        <w:rPr>
          <w:b/>
        </w:rPr>
        <w:t>Warunki:</w:t>
      </w:r>
    </w:p>
    <w:p w14:paraId="22C4B6E1" w14:textId="77777777" w:rsidR="00DA4E7D" w:rsidRDefault="00000000" w:rsidP="00B306B7">
      <w:pPr>
        <w:spacing w:after="20" w:line="360" w:lineRule="auto"/>
        <w:ind w:left="340"/>
      </w:pPr>
      <w:r>
        <w:t>☐   odbiorę osobiście</w:t>
      </w:r>
    </w:p>
    <w:p w14:paraId="6FA8A47C" w14:textId="10752BAE" w:rsidR="00DA4E7D" w:rsidRDefault="002F4FFF" w:rsidP="00B306B7">
      <w:pPr>
        <w:spacing w:after="20" w:line="360" w:lineRule="auto"/>
        <w:ind w:left="340"/>
      </w:pPr>
      <w:r>
        <w:sym w:font="Wingdings" w:char="F078"/>
      </w:r>
      <w:r>
        <w:t xml:space="preserve">  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odesłać</w:t>
      </w:r>
      <w:proofErr w:type="spellEnd"/>
      <w:r>
        <w:t xml:space="preserve"> </w:t>
      </w:r>
      <w:proofErr w:type="spellStart"/>
      <w:r>
        <w:t>pocztą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adres korespondencyjny wskazany we wniosku</w:t>
      </w:r>
    </w:p>
    <w:p w14:paraId="33BB2594" w14:textId="77777777" w:rsidR="00DA4E7D" w:rsidRDefault="00000000" w:rsidP="00B306B7">
      <w:pPr>
        <w:spacing w:before="200" w:after="80" w:line="360" w:lineRule="auto"/>
      </w:pPr>
      <w:r>
        <w:rPr>
          <w:b/>
        </w:rPr>
        <w:t>Załączniki:</w:t>
      </w:r>
    </w:p>
    <w:p w14:paraId="2D9D7469" w14:textId="3C9274C6" w:rsidR="00DA4E7D" w:rsidRDefault="002F4FFF" w:rsidP="00B306B7">
      <w:pPr>
        <w:spacing w:after="0" w:line="360" w:lineRule="auto"/>
        <w:ind w:left="340"/>
      </w:pPr>
      <w:r>
        <w:rPr>
          <w:sz w:val="18"/>
        </w:rPr>
        <w:sym w:font="Wingdings" w:char="F078"/>
      </w:r>
      <w:r>
        <w:rPr>
          <w:sz w:val="18"/>
        </w:rPr>
        <w:t xml:space="preserve"> </w:t>
      </w:r>
      <w:proofErr w:type="spellStart"/>
      <w:r>
        <w:rPr>
          <w:sz w:val="18"/>
        </w:rPr>
        <w:t>mapa</w:t>
      </w:r>
      <w:proofErr w:type="spellEnd"/>
      <w:r>
        <w:rPr>
          <w:sz w:val="18"/>
        </w:rPr>
        <w:t xml:space="preserve"> sytuacyjno-</w:t>
      </w:r>
      <w:proofErr w:type="spellStart"/>
      <w:r>
        <w:rPr>
          <w:sz w:val="18"/>
        </w:rPr>
        <w:t>wysokościowa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obejmująca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nieruchomość</w:t>
      </w:r>
      <w:proofErr w:type="spellEnd"/>
      <w:r>
        <w:rPr>
          <w:sz w:val="18"/>
        </w:rPr>
        <w:t xml:space="preserve"> przeznaczoną do podłączenia i najbliższą sieć wodno-kanalizacyjną, w przypadku np. obszarów wiejskich gdzie nie prowadzi się ewidencji podziemnego uzbrojenia terenu należy dołączyć mapę w skali obowiązującej dla danego obszaru</w:t>
      </w:r>
    </w:p>
    <w:p w14:paraId="0C87AB3A" w14:textId="77777777" w:rsidR="00DA4E7D" w:rsidRDefault="00DA4E7D" w:rsidP="00B306B7">
      <w:pPr>
        <w:spacing w:after="0" w:line="360" w:lineRule="auto"/>
      </w:pPr>
    </w:p>
    <w:p w14:paraId="417285BD" w14:textId="77777777" w:rsidR="00DA4E7D" w:rsidRDefault="00DA4E7D" w:rsidP="00B306B7">
      <w:pPr>
        <w:spacing w:after="0" w:line="360" w:lineRule="auto"/>
      </w:pPr>
    </w:p>
    <w:p w14:paraId="3CF548FD" w14:textId="77777777" w:rsidR="00DA4E7D" w:rsidRDefault="00DA4E7D" w:rsidP="00B306B7">
      <w:pPr>
        <w:spacing w:after="0" w:line="360" w:lineRule="auto"/>
      </w:pPr>
    </w:p>
    <w:p w14:paraId="28FDD546" w14:textId="77777777" w:rsidR="00DA4E7D" w:rsidRDefault="00DA4E7D" w:rsidP="00B306B7">
      <w:pPr>
        <w:spacing w:after="0" w:line="360" w:lineRule="auto"/>
      </w:pPr>
    </w:p>
    <w:p w14:paraId="2CEB9D39" w14:textId="77777777" w:rsidR="00DA4E7D" w:rsidRDefault="00DA4E7D" w:rsidP="00B306B7">
      <w:pPr>
        <w:spacing w:after="0" w:line="36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DA4E7D" w14:paraId="54FFA3C0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5FB4F6C" w14:textId="77F006C1" w:rsidR="00DA4E7D" w:rsidRPr="002F4FFF" w:rsidRDefault="002F4FFF" w:rsidP="00B306B7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2F4FFF">
              <w:rPr>
                <w:b/>
                <w:bCs/>
                <w:sz w:val="18"/>
              </w:rPr>
              <w:t>Tczew</w:t>
            </w:r>
            <w:proofErr w:type="spellEnd"/>
            <w:r w:rsidRPr="002F4FFF">
              <w:rPr>
                <w:b/>
                <w:bCs/>
                <w:sz w:val="18"/>
              </w:rPr>
              <w:t>, ${data}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522D984" w14:textId="77777777" w:rsidR="00DA4E7D" w:rsidRDefault="00000000" w:rsidP="00B306B7">
            <w:pPr>
              <w:spacing w:line="360" w:lineRule="auto"/>
              <w:jc w:val="center"/>
            </w:pPr>
            <w:r>
              <w:rPr>
                <w:sz w:val="18"/>
              </w:rPr>
              <w:t>................................................</w:t>
            </w:r>
          </w:p>
        </w:tc>
      </w:tr>
      <w:tr w:rsidR="00DA4E7D" w14:paraId="2A6C8944" w14:textId="77777777">
        <w:trPr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14:paraId="6E39CDE5" w14:textId="77777777" w:rsidR="00DA4E7D" w:rsidRDefault="00000000" w:rsidP="00B306B7">
            <w:pPr>
              <w:spacing w:line="360" w:lineRule="auto"/>
              <w:jc w:val="center"/>
            </w:pPr>
            <w:r>
              <w:rPr>
                <w:i/>
                <w:sz w:val="14"/>
              </w:rPr>
              <w:t>(miejscowość / data)</w:t>
            </w: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14:paraId="3A9CBF88" w14:textId="77777777" w:rsidR="00DA4E7D" w:rsidRDefault="00000000" w:rsidP="00B306B7">
            <w:pPr>
              <w:spacing w:line="360" w:lineRule="auto"/>
              <w:jc w:val="center"/>
            </w:pPr>
            <w:r>
              <w:rPr>
                <w:i/>
                <w:sz w:val="14"/>
              </w:rPr>
              <w:t>(czytelny podpis Wnioskodawcy)</w:t>
            </w:r>
          </w:p>
        </w:tc>
      </w:tr>
    </w:tbl>
    <w:p w14:paraId="1948B6DC" w14:textId="77777777" w:rsidR="00B306B7" w:rsidRDefault="00B306B7" w:rsidP="00B306B7">
      <w:pPr>
        <w:spacing w:line="360" w:lineRule="auto"/>
      </w:pPr>
    </w:p>
    <w:p w14:paraId="20DACCC6" w14:textId="5572342E" w:rsidR="00DA4E7D" w:rsidRDefault="00000000" w:rsidP="00B306B7">
      <w:pPr>
        <w:spacing w:line="360" w:lineRule="auto"/>
      </w:pPr>
      <w:r>
        <w:br w:type="page"/>
      </w:r>
    </w:p>
    <w:p w14:paraId="04EE7DF5" w14:textId="77777777" w:rsidR="00DA4E7D" w:rsidRDefault="00000000" w:rsidP="00B306B7">
      <w:pPr>
        <w:spacing w:line="360" w:lineRule="auto"/>
        <w:jc w:val="center"/>
      </w:pPr>
      <w:r>
        <w:rPr>
          <w:b/>
          <w:sz w:val="26"/>
        </w:rPr>
        <w:lastRenderedPageBreak/>
        <w:t>PRZETWARZANIE DANYCH OSOBOWYCH – INFORMACJA</w:t>
      </w:r>
    </w:p>
    <w:p w14:paraId="4C62D20E" w14:textId="77777777" w:rsidR="00DA4E7D" w:rsidRDefault="00000000" w:rsidP="002F4FFF">
      <w:pPr>
        <w:spacing w:before="20"/>
      </w:pPr>
      <w:r>
        <w:rPr>
          <w:b/>
          <w:sz w:val="18"/>
        </w:rPr>
        <w:t>1. ADMINISTRATOR DANYCH OSOBOWYCH</w:t>
      </w:r>
    </w:p>
    <w:p w14:paraId="062149D1" w14:textId="77777777" w:rsidR="00DA4E7D" w:rsidRDefault="00000000" w:rsidP="002F4FFF">
      <w:r>
        <w:rPr>
          <w:sz w:val="18"/>
        </w:rPr>
        <w:t>Nazwa: Gminny Zakład Gospodarki Komunalnej w Miłoradzu</w:t>
      </w:r>
    </w:p>
    <w:p w14:paraId="46198B87" w14:textId="77777777" w:rsidR="00DA4E7D" w:rsidRDefault="00000000" w:rsidP="002F4FFF">
      <w:r>
        <w:rPr>
          <w:sz w:val="18"/>
        </w:rPr>
        <w:t>Adres: ul. Główna 5, 82-213 Miłoradz</w:t>
      </w:r>
    </w:p>
    <w:p w14:paraId="5D0A8126" w14:textId="77777777" w:rsidR="00DA4E7D" w:rsidRDefault="00000000" w:rsidP="002F4FFF">
      <w:proofErr w:type="spellStart"/>
      <w:r>
        <w:rPr>
          <w:sz w:val="18"/>
        </w:rPr>
        <w:t>Kontakt</w:t>
      </w:r>
      <w:proofErr w:type="spellEnd"/>
      <w:r>
        <w:rPr>
          <w:sz w:val="18"/>
        </w:rPr>
        <w:t>: biuro@gzgkmiloradz.pl</w:t>
      </w:r>
    </w:p>
    <w:p w14:paraId="7709771A" w14:textId="77777777" w:rsidR="00DA4E7D" w:rsidRDefault="00000000" w:rsidP="002F4FFF">
      <w:pPr>
        <w:spacing w:before="20"/>
      </w:pPr>
      <w:r>
        <w:rPr>
          <w:b/>
          <w:sz w:val="18"/>
        </w:rPr>
        <w:t>2. INSPEKTOR OCHRONY DANYCH</w:t>
      </w:r>
    </w:p>
    <w:p w14:paraId="412B1AA7" w14:textId="77777777" w:rsidR="00DA4E7D" w:rsidRDefault="00000000" w:rsidP="002F4FFF">
      <w:r>
        <w:rPr>
          <w:sz w:val="18"/>
        </w:rPr>
        <w:t>Imię i nazwisko: Dawid Nogaj</w:t>
      </w:r>
    </w:p>
    <w:p w14:paraId="2DAA5C66" w14:textId="77777777" w:rsidR="00DA4E7D" w:rsidRDefault="00000000" w:rsidP="002F4FFF">
      <w:r>
        <w:rPr>
          <w:sz w:val="18"/>
        </w:rPr>
        <w:t>Kontakt: inspektor@bezpieczne-dane.eu</w:t>
      </w:r>
    </w:p>
    <w:p w14:paraId="7BA785D3" w14:textId="77777777" w:rsidR="00DA4E7D" w:rsidRDefault="00000000" w:rsidP="002F4FFF">
      <w:pPr>
        <w:spacing w:before="20"/>
      </w:pPr>
      <w:r>
        <w:rPr>
          <w:b/>
          <w:sz w:val="18"/>
        </w:rPr>
        <w:t>3. CEL PRZETWARZANIA</w:t>
      </w:r>
    </w:p>
    <w:p w14:paraId="64C5E882" w14:textId="77777777" w:rsidR="00DA4E7D" w:rsidRDefault="00000000" w:rsidP="002F4FFF">
      <w:r>
        <w:rPr>
          <w:sz w:val="18"/>
        </w:rPr>
        <w:t>Zawarcie umowy, realizacja jej założeń i potencjalne dochodzenie roszczeń z niej wynikających.</w:t>
      </w:r>
    </w:p>
    <w:p w14:paraId="1775C2FB" w14:textId="77777777" w:rsidR="00DA4E7D" w:rsidRDefault="00000000" w:rsidP="002F4FFF">
      <w:pPr>
        <w:spacing w:before="20"/>
      </w:pPr>
      <w:r>
        <w:rPr>
          <w:b/>
          <w:sz w:val="18"/>
        </w:rPr>
        <w:t>4. PODSTAWY PRAWNE PRZETWARZANIA</w:t>
      </w:r>
    </w:p>
    <w:p w14:paraId="1BC5E569" w14:textId="77777777" w:rsidR="00DA4E7D" w:rsidRDefault="00000000" w:rsidP="002F4FFF">
      <w:r>
        <w:rPr>
          <w:sz w:val="18"/>
        </w:rPr>
        <w:t>Przesłanka RODO: art. 6 ust. 1 lit. b</w:t>
      </w:r>
    </w:p>
    <w:p w14:paraId="11FEB8E6" w14:textId="77777777" w:rsidR="00DA4E7D" w:rsidRDefault="00000000" w:rsidP="002F4FFF">
      <w:r>
        <w:rPr>
          <w:sz w:val="18"/>
        </w:rPr>
        <w:t>Podstawa prawna: przetwarzanie jest niezbędne do realizacji celu określonego w punkcie 3.</w:t>
      </w:r>
    </w:p>
    <w:p w14:paraId="74081B87" w14:textId="77777777" w:rsidR="00DA4E7D" w:rsidRDefault="00000000" w:rsidP="002F4FFF">
      <w:pPr>
        <w:spacing w:before="20"/>
      </w:pPr>
      <w:r>
        <w:rPr>
          <w:b/>
          <w:sz w:val="18"/>
        </w:rPr>
        <w:t>5. ODBIORCY DANYCH (lub kategorie odbiorców)</w:t>
      </w:r>
    </w:p>
    <w:p w14:paraId="76151149" w14:textId="77777777" w:rsidR="00DA4E7D" w:rsidRDefault="00000000" w:rsidP="002F4FFF">
      <w:r>
        <w:rPr>
          <w:sz w:val="18"/>
        </w:rPr>
        <w:t>Podmioty, z którymi zawarto umowy powierzenia przetwarzania danych osobowych, w związku z charakterem współpracy oraz podmioty uprawnione do pozyskiwania danych na mocy obowiązujących przepisów.</w:t>
      </w:r>
    </w:p>
    <w:p w14:paraId="2145187B" w14:textId="77777777" w:rsidR="00DA4E7D" w:rsidRDefault="00000000" w:rsidP="002F4FFF">
      <w:pPr>
        <w:spacing w:before="20"/>
      </w:pPr>
      <w:r>
        <w:rPr>
          <w:b/>
          <w:sz w:val="18"/>
        </w:rPr>
        <w:t>6. OKRES PRZECHOWYWANIA (KRYTERIUM USTALENIA OKRESU)</w:t>
      </w:r>
    </w:p>
    <w:p w14:paraId="72C8DD01" w14:textId="77777777" w:rsidR="00DA4E7D" w:rsidRDefault="00000000" w:rsidP="002F4FFF">
      <w:r>
        <w:rPr>
          <w:sz w:val="18"/>
        </w:rPr>
        <w:t>Dane będą przechowywane przez okres trwania umowy, oraz 5 lat po jej zakończeniu oraz do czasu przedawnienia się roszczeń, jeżeli takie powstaną.</w:t>
      </w:r>
    </w:p>
    <w:p w14:paraId="1ED363A8" w14:textId="77777777" w:rsidR="00DA4E7D" w:rsidRDefault="00000000" w:rsidP="002F4FFF">
      <w:pPr>
        <w:spacing w:before="20"/>
      </w:pPr>
      <w:r>
        <w:rPr>
          <w:b/>
          <w:sz w:val="18"/>
        </w:rPr>
        <w:t>7. PRZYSŁUGUJĄCE PRAWA</w:t>
      </w:r>
    </w:p>
    <w:p w14:paraId="2EA2D3E9" w14:textId="2C936698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proofErr w:type="spellStart"/>
      <w:r w:rsidRPr="002F4FFF">
        <w:rPr>
          <w:sz w:val="18"/>
        </w:rPr>
        <w:t>dostępu</w:t>
      </w:r>
      <w:proofErr w:type="spellEnd"/>
      <w:r w:rsidRPr="002F4FFF">
        <w:rPr>
          <w:sz w:val="18"/>
        </w:rPr>
        <w:t xml:space="preserve"> do </w:t>
      </w:r>
      <w:proofErr w:type="spellStart"/>
      <w:r w:rsidRPr="002F4FFF">
        <w:rPr>
          <w:sz w:val="18"/>
        </w:rPr>
        <w:t>danych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oraz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uzyskania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kopii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danych</w:t>
      </w:r>
      <w:proofErr w:type="spellEnd"/>
    </w:p>
    <w:p w14:paraId="37A86E1B" w14:textId="29A8C672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r w:rsidRPr="002F4FFF">
        <w:rPr>
          <w:sz w:val="18"/>
        </w:rPr>
        <w:t xml:space="preserve">do </w:t>
      </w:r>
      <w:proofErr w:type="spellStart"/>
      <w:r w:rsidRPr="002F4FFF">
        <w:rPr>
          <w:sz w:val="18"/>
        </w:rPr>
        <w:t>żądania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sprostowania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danych</w:t>
      </w:r>
      <w:proofErr w:type="spellEnd"/>
    </w:p>
    <w:p w14:paraId="5394E131" w14:textId="4D1AC425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r w:rsidRPr="002F4FFF">
        <w:rPr>
          <w:sz w:val="18"/>
        </w:rPr>
        <w:t xml:space="preserve">do </w:t>
      </w:r>
      <w:proofErr w:type="spellStart"/>
      <w:r w:rsidRPr="002F4FFF">
        <w:rPr>
          <w:sz w:val="18"/>
        </w:rPr>
        <w:t>żądania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usunięcia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danych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osobowych</w:t>
      </w:r>
      <w:proofErr w:type="spellEnd"/>
      <w:r w:rsidRPr="002F4FFF">
        <w:rPr>
          <w:sz w:val="18"/>
        </w:rPr>
        <w:t xml:space="preserve"> oraz bycia zapomnianym</w:t>
      </w:r>
    </w:p>
    <w:p w14:paraId="118FF769" w14:textId="3C5CD89E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r w:rsidRPr="002F4FFF">
        <w:rPr>
          <w:sz w:val="18"/>
        </w:rPr>
        <w:t xml:space="preserve">do </w:t>
      </w:r>
      <w:proofErr w:type="spellStart"/>
      <w:r w:rsidRPr="002F4FFF">
        <w:rPr>
          <w:sz w:val="18"/>
        </w:rPr>
        <w:t>żądania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ograniczenia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przetwarzania</w:t>
      </w:r>
      <w:proofErr w:type="spellEnd"/>
    </w:p>
    <w:p w14:paraId="5B132C1E" w14:textId="7E73B358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r w:rsidRPr="002F4FFF">
        <w:rPr>
          <w:sz w:val="18"/>
        </w:rPr>
        <w:t xml:space="preserve">do </w:t>
      </w:r>
      <w:proofErr w:type="spellStart"/>
      <w:r w:rsidRPr="002F4FFF">
        <w:rPr>
          <w:sz w:val="18"/>
        </w:rPr>
        <w:t>przenoszenia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danych</w:t>
      </w:r>
      <w:proofErr w:type="spellEnd"/>
    </w:p>
    <w:p w14:paraId="099064DA" w14:textId="564DB575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proofErr w:type="spellStart"/>
      <w:r w:rsidRPr="002F4FFF">
        <w:rPr>
          <w:sz w:val="18"/>
        </w:rPr>
        <w:t>niepodlegania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zautomatyzowanemu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podejmowaniu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decyzji</w:t>
      </w:r>
      <w:proofErr w:type="spellEnd"/>
      <w:r w:rsidRPr="002F4FFF">
        <w:rPr>
          <w:sz w:val="18"/>
        </w:rPr>
        <w:t>, w tym profilowaniu</w:t>
      </w:r>
    </w:p>
    <w:p w14:paraId="0379AC88" w14:textId="0BFE3B0A" w:rsidR="00DA4E7D" w:rsidRDefault="00000000" w:rsidP="002F4FFF">
      <w:pPr>
        <w:pStyle w:val="Akapitzlist"/>
        <w:numPr>
          <w:ilvl w:val="0"/>
          <w:numId w:val="11"/>
        </w:numPr>
        <w:ind w:left="567" w:hanging="283"/>
      </w:pPr>
      <w:r w:rsidRPr="002F4FFF">
        <w:rPr>
          <w:sz w:val="18"/>
        </w:rPr>
        <w:t xml:space="preserve">do </w:t>
      </w:r>
      <w:proofErr w:type="spellStart"/>
      <w:r w:rsidRPr="002F4FFF">
        <w:rPr>
          <w:sz w:val="18"/>
        </w:rPr>
        <w:t>złożenia</w:t>
      </w:r>
      <w:proofErr w:type="spellEnd"/>
      <w:r w:rsidRPr="002F4FFF">
        <w:rPr>
          <w:sz w:val="18"/>
        </w:rPr>
        <w:t xml:space="preserve"> </w:t>
      </w:r>
      <w:proofErr w:type="spellStart"/>
      <w:r w:rsidRPr="002F4FFF">
        <w:rPr>
          <w:sz w:val="18"/>
        </w:rPr>
        <w:t>skargi</w:t>
      </w:r>
      <w:proofErr w:type="spellEnd"/>
      <w:r w:rsidRPr="002F4FFF">
        <w:rPr>
          <w:sz w:val="18"/>
        </w:rPr>
        <w:t xml:space="preserve"> od </w:t>
      </w:r>
      <w:proofErr w:type="spellStart"/>
      <w:r w:rsidRPr="002F4FFF">
        <w:rPr>
          <w:sz w:val="18"/>
        </w:rPr>
        <w:t>organu</w:t>
      </w:r>
      <w:proofErr w:type="spellEnd"/>
      <w:r w:rsidRPr="002F4FFF">
        <w:rPr>
          <w:sz w:val="18"/>
        </w:rPr>
        <w:t xml:space="preserve"> nadzorczego (Prezesa Urzędu Ochrony Danych Osobowych)</w:t>
      </w:r>
    </w:p>
    <w:p w14:paraId="6DDC8CC2" w14:textId="77777777" w:rsidR="00DA4E7D" w:rsidRDefault="00000000" w:rsidP="002F4FFF">
      <w:pPr>
        <w:spacing w:before="20"/>
      </w:pPr>
      <w:r>
        <w:rPr>
          <w:b/>
          <w:sz w:val="18"/>
        </w:rPr>
        <w:t>8. TRANSFER DO PAŃSTW SPOZA EOG I ORGANIZACJI MIĘDZYNARODOWYCH</w:t>
      </w:r>
    </w:p>
    <w:p w14:paraId="4110E6E3" w14:textId="77777777" w:rsidR="00DA4E7D" w:rsidRDefault="00000000" w:rsidP="002F4FFF">
      <w:r>
        <w:rPr>
          <w:sz w:val="18"/>
        </w:rPr>
        <w:t>Dane nie będą przekazywane do państw spoza EOG ani organizacji międzynarodowych.</w:t>
      </w:r>
    </w:p>
    <w:p w14:paraId="40766868" w14:textId="77777777" w:rsidR="00DA4E7D" w:rsidRDefault="00000000" w:rsidP="002F4FFF">
      <w:pPr>
        <w:spacing w:before="20"/>
      </w:pPr>
      <w:r>
        <w:rPr>
          <w:b/>
          <w:sz w:val="18"/>
        </w:rPr>
        <w:t>9. INFORMACJA, CZY PODANIE DANYCH OSOBOWYCH JEST WYMOGIEM USTAWOWYM LUB UMOWNYM LUB WARUNKIEM ZAWARCIA UMOWY ORAZ CZY OSOBA, KTÓREJ DANE DOTYCZĄ, JEST ZOBOWIĄZANA DO ICH PODANIA I JAKIE SĄ EWENTUALNE KONSEKWENCJE NIEPODANIA DANYCH</w:t>
      </w:r>
    </w:p>
    <w:p w14:paraId="199044BC" w14:textId="77777777" w:rsidR="00DA4E7D" w:rsidRDefault="00000000" w:rsidP="002F4FFF">
      <w:r>
        <w:rPr>
          <w:sz w:val="18"/>
        </w:rPr>
        <w:t>Podanie danych jest niezbędne do zawarcia umowy, natomiast odmowa ich podania uniemożliwi jej zawarcie.</w:t>
      </w:r>
    </w:p>
    <w:p w14:paraId="4EA9A9CD" w14:textId="77777777" w:rsidR="00DA4E7D" w:rsidRDefault="00000000" w:rsidP="002F4FFF">
      <w:pPr>
        <w:spacing w:before="20"/>
      </w:pPr>
      <w:r>
        <w:rPr>
          <w:b/>
          <w:sz w:val="18"/>
        </w:rPr>
        <w:t>10. ZAUTOMATYZOWANE PODEJMOWANIE DECYZJI, W TYM PROFILOWANIE</w:t>
      </w:r>
    </w:p>
    <w:p w14:paraId="5DE3FE94" w14:textId="77777777" w:rsidR="00DA4E7D" w:rsidRDefault="00000000" w:rsidP="002F4FFF">
      <w:r>
        <w:rPr>
          <w:sz w:val="18"/>
        </w:rPr>
        <w:t>Podane dane nie będą podlegały zautomatyzowanemu podejmowaniu decyzji w tym profilowaniu.</w:t>
      </w:r>
    </w:p>
    <w:sectPr w:rsidR="00DA4E7D" w:rsidSect="00034616">
      <w:pgSz w:w="11906" w:h="16838"/>
      <w:pgMar w:top="822" w:right="879" w:bottom="624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6E4FB5"/>
    <w:multiLevelType w:val="hybridMultilevel"/>
    <w:tmpl w:val="FC807D3E"/>
    <w:lvl w:ilvl="0" w:tplc="D6B8D9A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30D26"/>
    <w:multiLevelType w:val="hybridMultilevel"/>
    <w:tmpl w:val="28243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120840">
    <w:abstractNumId w:val="8"/>
  </w:num>
  <w:num w:numId="2" w16cid:durableId="889418370">
    <w:abstractNumId w:val="6"/>
  </w:num>
  <w:num w:numId="3" w16cid:durableId="1400714790">
    <w:abstractNumId w:val="5"/>
  </w:num>
  <w:num w:numId="4" w16cid:durableId="1408263473">
    <w:abstractNumId w:val="4"/>
  </w:num>
  <w:num w:numId="5" w16cid:durableId="523249814">
    <w:abstractNumId w:val="7"/>
  </w:num>
  <w:num w:numId="6" w16cid:durableId="1627158711">
    <w:abstractNumId w:val="3"/>
  </w:num>
  <w:num w:numId="7" w16cid:durableId="1635990489">
    <w:abstractNumId w:val="2"/>
  </w:num>
  <w:num w:numId="8" w16cid:durableId="1778678745">
    <w:abstractNumId w:val="1"/>
  </w:num>
  <w:num w:numId="9" w16cid:durableId="1133333742">
    <w:abstractNumId w:val="0"/>
  </w:num>
  <w:num w:numId="10" w16cid:durableId="2033141389">
    <w:abstractNumId w:val="10"/>
  </w:num>
  <w:num w:numId="11" w16cid:durableId="3487945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920"/>
    <w:rsid w:val="0015074B"/>
    <w:rsid w:val="001A1386"/>
    <w:rsid w:val="001D4430"/>
    <w:rsid w:val="0029639D"/>
    <w:rsid w:val="002F4FFF"/>
    <w:rsid w:val="00326F90"/>
    <w:rsid w:val="005F1F86"/>
    <w:rsid w:val="007934FD"/>
    <w:rsid w:val="00AA1D8D"/>
    <w:rsid w:val="00B306B7"/>
    <w:rsid w:val="00B47730"/>
    <w:rsid w:val="00BE0778"/>
    <w:rsid w:val="00CB0664"/>
    <w:rsid w:val="00D87756"/>
    <w:rsid w:val="00DA4E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401CE"/>
  <w14:defaultImageDpi w14:val="300"/>
  <w15:docId w15:val="{00F52231-6079-4A07-AF6B-D87D1A2B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GZGK Miłoradz - formularz edytowalny</dc:title>
  <dc:subject/>
  <dc:creator>MIM Architekci</dc:creator>
  <cp:keywords/>
  <dc:description>generated by python-docx</dc:description>
  <cp:lastModifiedBy>MIM ARCHITEKCI</cp:lastModifiedBy>
  <cp:revision>7</cp:revision>
  <dcterms:created xsi:type="dcterms:W3CDTF">2013-12-23T23:15:00Z</dcterms:created>
  <dcterms:modified xsi:type="dcterms:W3CDTF">2026-06-25T11:02:00Z</dcterms:modified>
  <cp:category/>
</cp:coreProperties>
</file>